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ugeneral"/>
        <w:rPr>
          <w:rFonts w:ascii="Arial" w:hAnsi="Arial" w:cs="Arial"/>
          <w:sz w:val="20"/>
          <w:szCs w:val="20"/>
        </w:rPr>
      </w:pPr>
      <w:r>
        <w:rPr/>
        <w:drawing>
          <wp:inline distT="0" distB="0" distL="0" distR="0">
            <wp:extent cx="1553845" cy="549275"/>
            <wp:effectExtent l="0" t="0" r="0" b="0"/>
            <wp:docPr id="1" name="Picture 2" descr="C:\Users\Dan\Desktop\My Documents\Ioana Medical Center\logo_IM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Dan\Desktop\My Documents\Ioana Medical Center\logo_IMC (1).png"/>
                    <pic:cNvPicPr>
                      <a:picLocks noChangeAspect="1" noChangeArrowheads="1"/>
                    </pic:cNvPicPr>
                  </pic:nvPicPr>
                  <pic:blipFill>
                    <a:blip r:embed="rId2"/>
                    <a:stretch>
                      <a:fillRect/>
                    </a:stretch>
                  </pic:blipFill>
                  <pic:spPr bwMode="auto">
                    <a:xfrm>
                      <a:off x="0" y="0"/>
                      <a:ext cx="1553845" cy="549275"/>
                    </a:xfrm>
                    <a:prstGeom prst="rect">
                      <a:avLst/>
                    </a:prstGeom>
                  </pic:spPr>
                </pic:pic>
              </a:graphicData>
            </a:graphic>
          </wp:inline>
        </w:drawing>
      </w:r>
    </w:p>
    <w:p>
      <w:pPr>
        <w:pStyle w:val="Titlugeneral"/>
        <w:jc w:val="center"/>
        <w:rPr>
          <w:rFonts w:ascii="Arial" w:hAnsi="Arial" w:cs="Arial"/>
          <w:sz w:val="20"/>
          <w:szCs w:val="20"/>
        </w:rPr>
      </w:pPr>
      <w:r>
        <w:rPr>
          <w:rFonts w:cs="Arial" w:ascii="Arial" w:hAnsi="Arial"/>
          <w:sz w:val="20"/>
          <w:szCs w:val="20"/>
        </w:rPr>
        <w:t>ACORDUL PACIENTULUI / BENEFICIARULUI</w:t>
        <w:br/>
        <w:t>PENTRU SERVICII PSIHOLOGICE</w:t>
      </w:r>
    </w:p>
    <w:p>
      <w:pPr>
        <w:pStyle w:val="Titlu1"/>
        <w:rPr>
          <w:rFonts w:ascii="Arial" w:hAnsi="Arial" w:cs="Arial"/>
          <w:sz w:val="20"/>
          <w:szCs w:val="20"/>
        </w:rPr>
      </w:pPr>
      <w:r>
        <w:rPr>
          <w:rFonts w:cs="Arial" w:ascii="Arial" w:hAnsi="Arial"/>
          <w:sz w:val="20"/>
          <w:szCs w:val="20"/>
        </w:rPr>
        <w:t>1. Date de identificare</w:t>
      </w:r>
    </w:p>
    <w:p>
      <w:pPr>
        <w:pStyle w:val="Normal"/>
        <w:spacing w:before="0" w:after="60"/>
        <w:rPr>
          <w:rFonts w:ascii="Arial" w:hAnsi="Arial" w:cs="Arial"/>
          <w:sz w:val="20"/>
          <w:szCs w:val="20"/>
        </w:rPr>
      </w:pPr>
      <w:r>
        <w:rPr>
          <w:rFonts w:cs="Arial" w:ascii="Arial" w:hAnsi="Arial"/>
          <w:b/>
          <w:sz w:val="20"/>
          <w:szCs w:val="20"/>
        </w:rPr>
        <w:t>Nume - prenume al pacientului minor:</w:t>
      </w:r>
      <w:r>
        <w:rPr>
          <w:rFonts w:cs="Arial" w:ascii="Arial" w:hAnsi="Arial"/>
          <w:sz w:val="20"/>
          <w:szCs w:val="20"/>
        </w:rPr>
        <w:t xml:space="preserve"> ____________________________________________________________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Data nașterii:</w:t>
      </w:r>
      <w:r>
        <w:rPr>
          <w:rFonts w:cs="Arial" w:ascii="Arial" w:hAnsi="Arial"/>
          <w:sz w:val="20"/>
          <w:szCs w:val="20"/>
        </w:rPr>
        <w:t xml:space="preserve"> _____________________________________________</w:t>
      </w:r>
    </w:p>
    <w:p>
      <w:pPr>
        <w:pStyle w:val="Normal"/>
        <w:spacing w:before="0" w:after="60"/>
        <w:rPr>
          <w:rFonts w:ascii="Arial" w:hAnsi="Arial" w:cs="Arial"/>
          <w:sz w:val="20"/>
          <w:szCs w:val="20"/>
        </w:rPr>
      </w:pPr>
      <w:r>
        <w:rPr>
          <w:rFonts w:cs="Arial" w:ascii="Arial" w:hAnsi="Arial"/>
          <w:b/>
          <w:sz w:val="20"/>
          <w:szCs w:val="20"/>
        </w:rPr>
        <w:t>CNP:</w:t>
      </w:r>
      <w:r>
        <w:rPr>
          <w:rFonts w:cs="Arial" w:ascii="Arial" w:hAnsi="Arial"/>
          <w:sz w:val="20"/>
          <w:szCs w:val="20"/>
        </w:rPr>
        <w:t xml:space="preserve"> __________________________________________________</w:t>
      </w:r>
    </w:p>
    <w:p>
      <w:pPr>
        <w:pStyle w:val="Normal"/>
        <w:spacing w:before="0" w:after="60"/>
        <w:rPr>
          <w:rFonts w:ascii="Arial" w:hAnsi="Arial" w:cs="Arial"/>
          <w:sz w:val="20"/>
          <w:szCs w:val="20"/>
        </w:rPr>
      </w:pPr>
      <w:r>
        <w:rPr>
          <w:rFonts w:cs="Arial" w:ascii="Arial" w:hAnsi="Arial"/>
          <w:b/>
          <w:sz w:val="20"/>
          <w:szCs w:val="20"/>
        </w:rPr>
        <w:t>Domiciliu:</w:t>
      </w:r>
      <w:r>
        <w:rPr>
          <w:rFonts w:cs="Arial" w:ascii="Arial" w:hAnsi="Arial"/>
          <w:sz w:val="20"/>
          <w:szCs w:val="20"/>
        </w:rPr>
        <w:t xml:space="preserve"> ____________________________________________________________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Telefon:</w:t>
      </w:r>
      <w:r>
        <w:rPr>
          <w:rFonts w:cs="Arial" w:ascii="Arial" w:hAnsi="Arial"/>
          <w:sz w:val="20"/>
          <w:szCs w:val="20"/>
        </w:rPr>
        <w:t xml:space="preserve"> ____________________________________________________</w:t>
      </w:r>
    </w:p>
    <w:p>
      <w:pPr>
        <w:pStyle w:val="Normal"/>
        <w:spacing w:before="0" w:after="60"/>
        <w:rPr>
          <w:rFonts w:ascii="Arial" w:hAnsi="Arial" w:cs="Arial"/>
          <w:sz w:val="20"/>
          <w:szCs w:val="20"/>
        </w:rPr>
      </w:pPr>
      <w:r>
        <w:rPr>
          <w:rFonts w:cs="Arial" w:ascii="Arial" w:hAnsi="Arial"/>
          <w:b/>
          <w:sz w:val="20"/>
          <w:szCs w:val="20"/>
        </w:rPr>
        <w:t>E-mail:</w:t>
      </w:r>
      <w:r>
        <w:rPr>
          <w:rFonts w:cs="Arial" w:ascii="Arial" w:hAnsi="Arial"/>
          <w:sz w:val="20"/>
          <w:szCs w:val="20"/>
        </w:rPr>
        <w:t xml:space="preserve"> ____________________________________________________</w:t>
      </w:r>
    </w:p>
    <w:p>
      <w:pPr>
        <w:pStyle w:val="Normal"/>
        <w:spacing w:before="0" w:after="40"/>
        <w:ind w:left="227" w:hanging="227"/>
        <w:rPr>
          <w:rFonts w:ascii="Arial" w:hAnsi="Arial" w:cs="Arial"/>
          <w:sz w:val="20"/>
          <w:szCs w:val="20"/>
        </w:rPr>
      </w:pPr>
      <w:r>
        <w:rPr>
          <w:rFonts w:cs="Arial" w:ascii="Arial" w:hAnsi="Arial"/>
          <w:sz w:val="20"/>
          <w:szCs w:val="20"/>
        </w:rPr>
      </w:r>
    </w:p>
    <w:p>
      <w:pPr>
        <w:pStyle w:val="Normal"/>
        <w:spacing w:before="0" w:after="60"/>
        <w:rPr>
          <w:rFonts w:ascii="Arial" w:hAnsi="Arial" w:cs="Arial"/>
          <w:sz w:val="20"/>
          <w:szCs w:val="20"/>
        </w:rPr>
      </w:pPr>
      <w:r>
        <w:rPr>
          <w:rFonts w:cs="Arial" w:ascii="Arial" w:hAnsi="Arial"/>
          <w:b/>
          <w:sz w:val="20"/>
          <w:szCs w:val="20"/>
        </w:rPr>
        <w:t>Situația familială relevantă pentru serviciul psihologic:</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 xml:space="preserve">familie biparentală </w:t>
      </w:r>
      <w:r>
        <w:rPr>
          <w:rFonts w:cs="Segoe UI Symbol" w:ascii="Segoe UI Symbol" w:hAnsi="Segoe UI Symbol"/>
          <w:sz w:val="20"/>
          <w:szCs w:val="20"/>
        </w:rPr>
        <w:t>☐</w:t>
      </w:r>
      <w:r>
        <w:rPr>
          <w:rFonts w:cs="Arial" w:ascii="Arial" w:hAnsi="Arial"/>
          <w:sz w:val="20"/>
          <w:szCs w:val="20"/>
        </w:rPr>
        <w:t xml:space="preserve"> părinți </w:t>
      </w:r>
      <w:r>
        <w:rPr>
          <w:rFonts w:cs="Arial" w:ascii="Arial" w:hAnsi="Arial"/>
          <w:sz w:val="20"/>
          <w:szCs w:val="20"/>
        </w:rPr>
        <w:t>necasatoriti</w:t>
      </w:r>
      <w:r>
        <w:rPr>
          <w:rFonts w:cs="Arial" w:ascii="Arial" w:hAnsi="Arial"/>
          <w:sz w:val="20"/>
          <w:szCs w:val="20"/>
        </w:rPr>
        <w:t xml:space="preserve"> </w:t>
      </w:r>
      <w:r>
        <w:rPr>
          <w:rFonts w:cs="Segoe UI Symbol" w:ascii="Segoe UI Symbol" w:hAnsi="Segoe UI Symbol"/>
          <w:sz w:val="20"/>
          <w:szCs w:val="20"/>
        </w:rPr>
        <w:t>☐</w:t>
      </w:r>
      <w:r>
        <w:rPr>
          <w:rFonts w:cs="Arial" w:ascii="Arial" w:hAnsi="Arial"/>
          <w:sz w:val="20"/>
          <w:szCs w:val="20"/>
        </w:rPr>
        <w:t xml:space="preserve"> părinți divorțați </w:t>
      </w:r>
      <w:r>
        <w:rPr>
          <w:rFonts w:cs="Segoe UI Symbol" w:ascii="Segoe UI Symbol" w:hAnsi="Segoe UI Symbol"/>
          <w:sz w:val="20"/>
          <w:szCs w:val="20"/>
        </w:rPr>
        <w:t>☐</w:t>
      </w:r>
      <w:r>
        <w:rPr>
          <w:rFonts w:cs="Arial" w:ascii="Arial" w:hAnsi="Arial"/>
          <w:sz w:val="20"/>
          <w:szCs w:val="20"/>
        </w:rPr>
        <w:t xml:space="preserve"> familie monoparentală </w:t>
      </w:r>
      <w:r>
        <w:rPr>
          <w:rFonts w:cs="Segoe UI Symbol" w:ascii="Segoe UI Symbol" w:hAnsi="Segoe UI Symbol"/>
          <w:sz w:val="20"/>
          <w:szCs w:val="20"/>
        </w:rPr>
        <w:t>☐</w:t>
      </w:r>
      <w:r>
        <w:rPr>
          <w:rFonts w:cs="Arial" w:ascii="Arial" w:hAnsi="Arial"/>
          <w:sz w:val="20"/>
          <w:szCs w:val="20"/>
        </w:rPr>
        <w:t xml:space="preserve"> familie recompusă</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altă situație relevantă: __________________________</w:t>
      </w:r>
    </w:p>
    <w:p>
      <w:pPr>
        <w:pStyle w:val="Titlu2"/>
        <w:rPr>
          <w:rFonts w:ascii="Arial" w:hAnsi="Arial" w:cs="Arial"/>
          <w:sz w:val="20"/>
          <w:szCs w:val="20"/>
        </w:rPr>
      </w:pPr>
      <w:r>
        <w:rPr>
          <w:rFonts w:cs="Arial" w:ascii="Arial" w:hAnsi="Arial"/>
          <w:sz w:val="20"/>
          <w:szCs w:val="20"/>
        </w:rPr>
        <w:t>În cazul pacientului minor</w:t>
      </w:r>
    </w:p>
    <w:p>
      <w:pPr>
        <w:pStyle w:val="Normal"/>
        <w:spacing w:before="0" w:after="60"/>
        <w:rPr>
          <w:rFonts w:ascii="Arial" w:hAnsi="Arial" w:cs="Arial"/>
          <w:sz w:val="20"/>
          <w:szCs w:val="20"/>
        </w:rPr>
      </w:pPr>
      <w:r>
        <w:rPr>
          <w:rFonts w:cs="Arial" w:ascii="Arial" w:hAnsi="Arial"/>
          <w:b/>
          <w:sz w:val="20"/>
          <w:szCs w:val="20"/>
        </w:rPr>
        <w:t>Mama:</w:t>
      </w:r>
      <w:r>
        <w:rPr>
          <w:rFonts w:cs="Arial" w:ascii="Arial" w:hAnsi="Arial"/>
          <w:sz w:val="20"/>
          <w:szCs w:val="20"/>
        </w:rPr>
        <w:t xml:space="preserve"> ____________________________________________________________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Telefon/E-mail:</w:t>
      </w:r>
      <w:r>
        <w:rPr>
          <w:rFonts w:cs="Arial" w:ascii="Arial" w:hAnsi="Arial"/>
          <w:sz w:val="20"/>
          <w:szCs w:val="20"/>
        </w:rPr>
        <w:t xml:space="preserve"> ________________________________________</w:t>
      </w:r>
    </w:p>
    <w:p>
      <w:pPr>
        <w:pStyle w:val="Normal"/>
        <w:spacing w:before="0" w:after="60"/>
        <w:rPr>
          <w:rFonts w:ascii="Arial" w:hAnsi="Arial" w:cs="Arial"/>
          <w:sz w:val="20"/>
          <w:szCs w:val="20"/>
        </w:rPr>
      </w:pPr>
      <w:r>
        <w:rPr>
          <w:rFonts w:cs="Arial" w:ascii="Arial" w:hAnsi="Arial"/>
          <w:b/>
          <w:sz w:val="20"/>
          <w:szCs w:val="20"/>
        </w:rPr>
        <w:t>Tatăl:</w:t>
      </w:r>
      <w:r>
        <w:rPr>
          <w:rFonts w:cs="Arial" w:ascii="Arial" w:hAnsi="Arial"/>
          <w:sz w:val="20"/>
          <w:szCs w:val="20"/>
        </w:rPr>
        <w:t xml:space="preserve"> ____________________________________________________________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Telefon/E-mail:</w:t>
      </w:r>
      <w:r>
        <w:rPr>
          <w:rFonts w:cs="Arial" w:ascii="Arial" w:hAnsi="Arial"/>
          <w:sz w:val="20"/>
          <w:szCs w:val="20"/>
        </w:rPr>
        <w:t xml:space="preserve"> ________________________________________</w:t>
      </w:r>
    </w:p>
    <w:p>
      <w:pPr>
        <w:pStyle w:val="Normal"/>
        <w:spacing w:before="0" w:after="60"/>
        <w:rPr>
          <w:rFonts w:ascii="Arial" w:hAnsi="Arial" w:cs="Arial"/>
          <w:sz w:val="20"/>
          <w:szCs w:val="20"/>
        </w:rPr>
      </w:pPr>
      <w:r>
        <w:rPr>
          <w:rFonts w:cs="Arial" w:ascii="Arial" w:hAnsi="Arial"/>
          <w:b/>
          <w:sz w:val="20"/>
          <w:szCs w:val="20"/>
        </w:rPr>
        <w:t>Persoana/persoanele care exercită autoritatea părintească:</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 xml:space="preserve">ambii părinți </w:t>
      </w:r>
      <w:r>
        <w:rPr>
          <w:rFonts w:cs="Segoe UI Symbol" w:ascii="Segoe UI Symbol" w:hAnsi="Segoe UI Symbol"/>
          <w:sz w:val="20"/>
          <w:szCs w:val="20"/>
        </w:rPr>
        <w:t>☐</w:t>
      </w:r>
      <w:r>
        <w:rPr>
          <w:rFonts w:cs="Arial" w:ascii="Arial" w:hAnsi="Arial"/>
          <w:sz w:val="20"/>
          <w:szCs w:val="20"/>
        </w:rPr>
        <w:t xml:space="preserve"> mama </w:t>
      </w:r>
      <w:r>
        <w:rPr>
          <w:rFonts w:cs="Segoe UI Symbol" w:ascii="Segoe UI Symbol" w:hAnsi="Segoe UI Symbol"/>
          <w:sz w:val="20"/>
          <w:szCs w:val="20"/>
        </w:rPr>
        <w:t>☐</w:t>
      </w:r>
      <w:r>
        <w:rPr>
          <w:rFonts w:cs="Arial" w:ascii="Arial" w:hAnsi="Arial"/>
          <w:sz w:val="20"/>
          <w:szCs w:val="20"/>
        </w:rPr>
        <w:t xml:space="preserve"> tatăl </w:t>
      </w:r>
      <w:r>
        <w:rPr>
          <w:rFonts w:cs="Segoe UI Symbol" w:ascii="Segoe UI Symbol" w:hAnsi="Segoe UI Symbol"/>
          <w:sz w:val="20"/>
          <w:szCs w:val="20"/>
        </w:rPr>
        <w:t>☐</w:t>
      </w:r>
      <w:r>
        <w:rPr>
          <w:rFonts w:cs="Arial" w:ascii="Arial" w:hAnsi="Arial"/>
          <w:sz w:val="20"/>
          <w:szCs w:val="20"/>
        </w:rPr>
        <w:t xml:space="preserve"> reprezentant legal </w:t>
      </w:r>
      <w:r>
        <w:rPr>
          <w:rFonts w:cs="Segoe UI Symbol" w:ascii="Segoe UI Symbol" w:hAnsi="Segoe UI Symbol"/>
          <w:sz w:val="20"/>
          <w:szCs w:val="20"/>
        </w:rPr>
        <w:t>☐</w:t>
      </w:r>
      <w:r>
        <w:rPr>
          <w:rFonts w:cs="Arial" w:ascii="Arial" w:hAnsi="Arial"/>
          <w:sz w:val="20"/>
          <w:szCs w:val="20"/>
        </w:rPr>
        <w:t xml:space="preserve"> altă situație: __________________________</w:t>
      </w:r>
    </w:p>
    <w:p>
      <w:pPr>
        <w:pStyle w:val="Normal"/>
        <w:spacing w:before="0" w:after="40"/>
        <w:ind w:left="227" w:hanging="227"/>
        <w:rPr>
          <w:rFonts w:ascii="Arial" w:hAnsi="Arial" w:cs="Arial"/>
          <w:sz w:val="20"/>
          <w:szCs w:val="20"/>
        </w:rPr>
      </w:pPr>
      <w:r>
        <w:rPr>
          <w:rFonts w:cs="Arial" w:ascii="Arial" w:hAnsi="Arial"/>
          <w:sz w:val="20"/>
          <w:szCs w:val="20"/>
        </w:rPr>
      </w:r>
    </w:p>
    <w:p>
      <w:pPr>
        <w:pStyle w:val="Normal"/>
        <w:rPr>
          <w:rFonts w:ascii="Arial" w:hAnsi="Arial" w:cs="Arial"/>
          <w:sz w:val="20"/>
          <w:szCs w:val="20"/>
        </w:rPr>
      </w:pPr>
      <w:r>
        <w:rPr>
          <w:rFonts w:cs="Arial" w:ascii="Arial" w:hAnsi="Arial"/>
          <w:b/>
          <w:sz w:val="20"/>
          <w:szCs w:val="20"/>
        </w:rPr>
        <w:t>Există o hotărâre judecătorească / un alt document relevant privind exercitarea autorității părintești, domiciliul copilului sau relațiile personale cu acesta?</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 xml:space="preserve">Nu </w:t>
      </w:r>
      <w:r>
        <w:rPr>
          <w:rFonts w:cs="Segoe UI Symbol" w:ascii="Segoe UI Symbol" w:hAnsi="Segoe UI Symbol"/>
          <w:sz w:val="20"/>
          <w:szCs w:val="20"/>
        </w:rPr>
        <w:t>☐</w:t>
      </w:r>
      <w:r>
        <w:rPr>
          <w:rFonts w:cs="Arial" w:ascii="Arial" w:hAnsi="Arial"/>
          <w:sz w:val="20"/>
          <w:szCs w:val="20"/>
        </w:rPr>
        <w:t xml:space="preserve"> Da – precizări: </w:t>
      </w:r>
    </w:p>
    <w:p>
      <w:pPr>
        <w:pStyle w:val="Normal"/>
        <w:spacing w:before="0" w:after="60"/>
        <w:rPr>
          <w:rFonts w:ascii="Arial" w:hAnsi="Arial" w:cs="Arial"/>
          <w:sz w:val="20"/>
          <w:szCs w:val="20"/>
        </w:rPr>
      </w:pPr>
      <w:r>
        <w:rPr>
          <w:rFonts w:cs="Arial" w:ascii="Arial" w:hAnsi="Arial"/>
          <w:sz w:val="20"/>
          <w:szCs w:val="20"/>
        </w:rPr>
        <w:t xml:space="preserve"> </w:t>
      </w:r>
      <w:r>
        <w:rPr>
          <w:rFonts w:cs="Arial" w:ascii="Arial" w:hAnsi="Arial"/>
          <w:sz w:val="20"/>
          <w:szCs w:val="20"/>
        </w:rPr>
        <w:t>_______________________________________________________________________________________</w:t>
      </w:r>
    </w:p>
    <w:p>
      <w:pPr>
        <w:pStyle w:val="Normal"/>
        <w:spacing w:before="0" w:after="60"/>
        <w:rPr>
          <w:rFonts w:ascii="Arial" w:hAnsi="Arial" w:cs="Arial"/>
          <w:b/>
          <w:sz w:val="20"/>
          <w:szCs w:val="20"/>
        </w:rPr>
      </w:pPr>
      <w:r>
        <w:rPr>
          <w:rFonts w:cs="Arial" w:ascii="Arial" w:hAnsi="Arial"/>
          <w:b/>
          <w:sz w:val="20"/>
          <w:szCs w:val="20"/>
        </w:rPr>
      </w:r>
    </w:p>
    <w:p>
      <w:pPr>
        <w:pStyle w:val="Normal"/>
        <w:spacing w:before="0" w:after="60"/>
        <w:rPr>
          <w:rFonts w:ascii="Arial" w:hAnsi="Arial" w:cs="Arial"/>
          <w:sz w:val="20"/>
          <w:szCs w:val="20"/>
        </w:rPr>
      </w:pPr>
      <w:r>
        <w:rPr>
          <w:rFonts w:cs="Arial" w:ascii="Arial" w:hAnsi="Arial"/>
          <w:b/>
          <w:sz w:val="20"/>
          <w:szCs w:val="20"/>
        </w:rPr>
        <w:t>Reprezentant legal, dacă este cazul:</w:t>
      </w:r>
      <w:r>
        <w:rPr>
          <w:rFonts w:cs="Arial" w:ascii="Arial" w:hAnsi="Arial"/>
          <w:sz w:val="20"/>
          <w:szCs w:val="20"/>
        </w:rPr>
        <w:t xml:space="preserve"> 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Calitatea:</w:t>
      </w:r>
      <w:r>
        <w:rPr>
          <w:rFonts w:cs="Arial" w:ascii="Arial" w:hAnsi="Arial"/>
          <w:sz w:val="20"/>
          <w:szCs w:val="20"/>
        </w:rPr>
        <w:t xml:space="preserve"> _______________________________________________________</w:t>
      </w:r>
    </w:p>
    <w:p>
      <w:pPr>
        <w:pStyle w:val="Normal"/>
        <w:spacing w:before="0" w:after="60"/>
        <w:rPr>
          <w:rFonts w:ascii="Arial" w:hAnsi="Arial" w:cs="Arial"/>
          <w:sz w:val="20"/>
          <w:szCs w:val="20"/>
        </w:rPr>
      </w:pPr>
      <w:r>
        <w:rPr>
          <w:rFonts w:cs="Arial" w:ascii="Arial" w:hAnsi="Arial"/>
          <w:b/>
          <w:sz w:val="20"/>
          <w:szCs w:val="20"/>
        </w:rPr>
        <w:t>Date de contact:</w:t>
      </w:r>
      <w:r>
        <w:rPr>
          <w:rFonts w:cs="Arial" w:ascii="Arial" w:hAnsi="Arial"/>
          <w:sz w:val="20"/>
          <w:szCs w:val="20"/>
        </w:rPr>
        <w:t xml:space="preserve"> ____________________________________________________________</w:t>
      </w:r>
    </w:p>
    <w:p>
      <w:pPr>
        <w:pStyle w:val="Titlu2"/>
        <w:rPr>
          <w:rFonts w:ascii="Arial" w:hAnsi="Arial" w:cs="Arial"/>
          <w:sz w:val="20"/>
          <w:szCs w:val="20"/>
        </w:rPr>
      </w:pPr>
      <w:r>
        <w:rPr>
          <w:rFonts w:cs="Arial" w:ascii="Arial" w:hAnsi="Arial"/>
          <w:sz w:val="20"/>
          <w:szCs w:val="20"/>
        </w:rPr>
        <w:t>Date privind psihologul / furnizorul serviciului</w:t>
      </w:r>
    </w:p>
    <w:p>
      <w:pPr>
        <w:pStyle w:val="Normal"/>
        <w:spacing w:before="0" w:after="60"/>
        <w:rPr>
          <w:rFonts w:ascii="Arial" w:hAnsi="Arial" w:cs="Arial"/>
          <w:sz w:val="20"/>
          <w:szCs w:val="20"/>
        </w:rPr>
      </w:pPr>
      <w:r>
        <w:rPr>
          <w:rFonts w:cs="Arial" w:ascii="Arial" w:hAnsi="Arial"/>
          <w:b/>
          <w:sz w:val="20"/>
          <w:szCs w:val="20"/>
        </w:rPr>
        <w:t>Psiholog:</w:t>
      </w:r>
      <w:r>
        <w:rPr>
          <w:rFonts w:cs="Arial" w:ascii="Arial" w:hAnsi="Arial"/>
          <w:sz w:val="20"/>
          <w:szCs w:val="20"/>
        </w:rPr>
        <w:t xml:space="preserve"> ____________________________________________________________</w:t>
      </w:r>
    </w:p>
    <w:p>
      <w:pPr>
        <w:pStyle w:val="Titlu1"/>
        <w:rPr>
          <w:rFonts w:ascii="Arial" w:hAnsi="Arial" w:cs="Arial"/>
          <w:sz w:val="20"/>
          <w:szCs w:val="20"/>
        </w:rPr>
      </w:pPr>
      <w:r>
        <w:rPr>
          <w:rFonts w:cs="Arial" w:ascii="Arial" w:hAnsi="Arial"/>
          <w:sz w:val="20"/>
          <w:szCs w:val="20"/>
        </w:rPr>
        <w:t>2. Scopul și natura serviciilor psihologice</w:t>
      </w:r>
    </w:p>
    <w:p>
      <w:pPr>
        <w:pStyle w:val="Normal"/>
        <w:rPr>
          <w:rFonts w:ascii="Arial" w:hAnsi="Arial" w:cs="Arial"/>
          <w:sz w:val="20"/>
          <w:szCs w:val="20"/>
        </w:rPr>
      </w:pPr>
      <w:r>
        <w:rPr>
          <w:rFonts w:cs="Arial" w:ascii="Arial" w:hAnsi="Arial"/>
          <w:sz w:val="20"/>
          <w:szCs w:val="20"/>
        </w:rPr>
        <w:t>Prin prezentul acord, reprezentantul legal al minorului declară că a fost informat cu privire la natura, scopul și modalitatea de desfășurare a serviciilor psihologice solicitate și/sau recomandate.</w:t>
      </w:r>
    </w:p>
    <w:p>
      <w:pPr>
        <w:pStyle w:val="Normal"/>
        <w:rPr>
          <w:rFonts w:ascii="Arial" w:hAnsi="Arial" w:cs="Arial"/>
          <w:sz w:val="20"/>
          <w:szCs w:val="20"/>
        </w:rPr>
      </w:pPr>
      <w:r>
        <w:rPr>
          <w:rFonts w:cs="Arial" w:ascii="Arial" w:hAnsi="Arial"/>
          <w:sz w:val="20"/>
          <w:szCs w:val="20"/>
        </w:rPr>
        <w:t>Serviciile psihologice pot consta, după caz, în: evaluare psihologică= aplicare teste si raportul de evaluare, consiliere psihologică, psihoterapie, alte servicii psihologice: ______________________________</w:t>
      </w:r>
    </w:p>
    <w:p>
      <w:pPr>
        <w:pStyle w:val="Normal"/>
        <w:rPr>
          <w:rFonts w:ascii="Arial" w:hAnsi="Arial" w:cs="Arial"/>
          <w:sz w:val="20"/>
          <w:szCs w:val="20"/>
        </w:rPr>
      </w:pPr>
      <w:r>
        <w:rPr>
          <w:rFonts w:cs="Arial" w:ascii="Arial" w:hAnsi="Arial"/>
          <w:sz w:val="20"/>
          <w:szCs w:val="20"/>
        </w:rPr>
        <w:t>În cadrul primei întâlniri și, după caz, pe parcursul intervenției, psihologul va explica obiectivele, modalitatea generală de lucru, limitele serviciului și, când este relevant, rezultatele și concluziile evaluării/intervenției.</w:t>
      </w:r>
    </w:p>
    <w:p>
      <w:pPr>
        <w:pStyle w:val="Normal"/>
        <w:rPr>
          <w:rFonts w:ascii="Arial" w:hAnsi="Arial" w:cs="Arial"/>
          <w:sz w:val="20"/>
          <w:szCs w:val="20"/>
        </w:rPr>
      </w:pPr>
      <w:r>
        <w:rPr>
          <w:rFonts w:cs="Arial" w:ascii="Arial" w:hAnsi="Arial"/>
          <w:sz w:val="20"/>
          <w:szCs w:val="20"/>
        </w:rPr>
        <w:t>Reprezentantul legal al pacientului minor înțelege că serviciile psihologice nu reprezintă o garanție a obținerii unui anumit rezultat și că evoluția procesului psihologic poate varia în funcție de particularitățile individuale și de circumstanțele fiecărei persoane.</w:t>
      </w:r>
    </w:p>
    <w:p>
      <w:pPr>
        <w:pStyle w:val="Titlu1"/>
        <w:rPr>
          <w:rFonts w:ascii="Arial" w:hAnsi="Arial" w:cs="Arial"/>
          <w:sz w:val="20"/>
          <w:szCs w:val="20"/>
        </w:rPr>
      </w:pPr>
      <w:r>
        <w:rPr>
          <w:rFonts w:cs="Arial" w:ascii="Arial" w:hAnsi="Arial"/>
          <w:sz w:val="20"/>
          <w:szCs w:val="20"/>
        </w:rPr>
        <w:t>3. Modalitatea în care a fost solicitat serviciul psihologic</w:t>
      </w:r>
    </w:p>
    <w:p>
      <w:pPr>
        <w:pStyle w:val="Normal"/>
        <w:rPr>
          <w:rFonts w:ascii="Arial" w:hAnsi="Arial" w:cs="Arial"/>
          <w:sz w:val="20"/>
          <w:szCs w:val="20"/>
        </w:rPr>
      </w:pPr>
      <w:r>
        <w:rPr>
          <w:rFonts w:cs="Arial" w:ascii="Arial" w:hAnsi="Arial"/>
          <w:sz w:val="20"/>
          <w:szCs w:val="20"/>
        </w:rPr>
        <w:t>Serviciul psihologic este realizat:</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la recomandarea unui specialist – nume/funcție/specialitate: ______________________________</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la solicitarea pacientului/beneficiarului cu varsta mai mare de 16 ani</w:t>
      </w:r>
    </w:p>
    <w:p>
      <w:pPr>
        <w:pStyle w:val="Normal"/>
        <w:spacing w:before="0" w:after="40"/>
        <w:ind w:left="227" w:hanging="227"/>
        <w:rPr>
          <w:rFonts w:ascii="Arial" w:hAnsi="Arial" w:cs="Arial"/>
          <w:sz w:val="20"/>
          <w:szCs w:val="20"/>
        </w:rPr>
      </w:pPr>
      <w:r>
        <w:rPr>
          <w:rFonts w:cs="Segoe UI Symbol" w:ascii="Segoe UI Symbol" w:hAnsi="Segoe UI Symbol"/>
          <w:sz w:val="20"/>
          <w:szCs w:val="20"/>
        </w:rPr>
        <w:t>☐</w:t>
      </w:r>
      <w:r>
        <w:rPr>
          <w:rFonts w:cs="Arial" w:ascii="Arial" w:hAnsi="Arial"/>
          <w:sz w:val="20"/>
          <w:szCs w:val="20"/>
        </w:rPr>
        <w:t xml:space="preserve"> </w:t>
      </w:r>
      <w:r>
        <w:rPr>
          <w:rFonts w:cs="Arial" w:ascii="Arial" w:hAnsi="Arial"/>
          <w:sz w:val="20"/>
          <w:szCs w:val="20"/>
        </w:rPr>
        <w:t>la solicitarea unui aparținător/reprezentant legal, respectiv: ______________________________</w:t>
      </w:r>
    </w:p>
    <w:p>
      <w:pPr>
        <w:pStyle w:val="Titlu1"/>
        <w:rPr>
          <w:rFonts w:ascii="Arial" w:hAnsi="Arial" w:cs="Arial"/>
          <w:sz w:val="20"/>
          <w:szCs w:val="20"/>
        </w:rPr>
      </w:pPr>
      <w:r>
        <w:rPr>
          <w:rFonts w:cs="Arial" w:ascii="Arial" w:hAnsi="Arial"/>
          <w:sz w:val="20"/>
          <w:szCs w:val="20"/>
        </w:rPr>
        <w:t>4. Consimțământul informat</w:t>
      </w:r>
    </w:p>
    <w:p>
      <w:pPr>
        <w:pStyle w:val="Normal"/>
        <w:rPr>
          <w:rFonts w:ascii="Arial" w:hAnsi="Arial" w:cs="Arial"/>
          <w:sz w:val="20"/>
          <w:szCs w:val="20"/>
        </w:rPr>
      </w:pPr>
      <w:r>
        <w:rPr>
          <w:rFonts w:cs="Arial" w:ascii="Arial" w:hAnsi="Arial"/>
          <w:sz w:val="20"/>
          <w:szCs w:val="20"/>
        </w:rPr>
        <w:t>Declar că am primit informații suficiente și accesibile cu privire la:</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natura și scopul serviciului psihologic;</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modalitatea generală de desfășurare;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durata estimată și frecvența întâlnirilor, după caz;</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beneficiile și limitele intervenției psihologice;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condițiile administrative și financiare;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principiile privind confidențialitatea;</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situațiile în care confidențialitatea poate fi limitată;</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dreptul de a solicita informații suplimentare;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dreptul de a refuza sau de a întrerupe serviciul psihologic, în condițiile prezentului acord și ale legii.</w:t>
      </w:r>
    </w:p>
    <w:p>
      <w:pPr>
        <w:pStyle w:val="Normal"/>
        <w:rPr>
          <w:rFonts w:ascii="Arial" w:hAnsi="Arial" w:cs="Arial"/>
          <w:sz w:val="20"/>
          <w:szCs w:val="20"/>
        </w:rPr>
      </w:pPr>
      <w:r>
        <w:rPr>
          <w:rFonts w:cs="Arial" w:ascii="Arial" w:hAnsi="Arial"/>
          <w:sz w:val="20"/>
          <w:szCs w:val="20"/>
        </w:rPr>
        <w:t>Am avut posibilitatea de a adresa întrebări și declar că am primit răspunsuri pe care le consider suficiente.</w:t>
      </w:r>
    </w:p>
    <w:p>
      <w:pPr>
        <w:pStyle w:val="Normal"/>
        <w:rPr>
          <w:rFonts w:ascii="Arial" w:hAnsi="Arial" w:cs="Arial"/>
          <w:sz w:val="20"/>
          <w:szCs w:val="20"/>
        </w:rPr>
      </w:pPr>
      <w:r>
        <w:rPr>
          <w:rFonts w:cs="Arial" w:ascii="Arial" w:hAnsi="Arial"/>
          <w:sz w:val="20"/>
          <w:szCs w:val="20"/>
        </w:rPr>
        <w:t>Prin semnarea prezentului document, îmi exprim în mod liber și informat acordul pentru desfășurarea serviciilor psihologice menționate mai sus.</w:t>
      </w:r>
    </w:p>
    <w:p>
      <w:pPr>
        <w:pStyle w:val="Titlu1"/>
        <w:rPr>
          <w:rFonts w:ascii="Arial" w:hAnsi="Arial" w:cs="Arial"/>
          <w:sz w:val="20"/>
          <w:szCs w:val="20"/>
        </w:rPr>
      </w:pPr>
      <w:r>
        <w:rPr>
          <w:rFonts w:cs="Arial" w:ascii="Arial" w:hAnsi="Arial"/>
          <w:sz w:val="20"/>
          <w:szCs w:val="20"/>
        </w:rPr>
        <w:t>5. Confidențialitatea</w:t>
      </w:r>
    </w:p>
    <w:p>
      <w:pPr>
        <w:pStyle w:val="Normal"/>
        <w:rPr>
          <w:rFonts w:ascii="Arial" w:hAnsi="Arial" w:cs="Arial"/>
          <w:sz w:val="20"/>
          <w:szCs w:val="20"/>
        </w:rPr>
      </w:pPr>
      <w:r>
        <w:rPr>
          <w:rFonts w:cs="Arial" w:ascii="Arial" w:hAnsi="Arial"/>
          <w:sz w:val="20"/>
          <w:szCs w:val="20"/>
        </w:rPr>
        <w:t>Informațiile comunicate în cadrul serviciilor psihologice, precum și datele și documentele rezultate în urma acestora sunt tratate ca informații confidențiale și sunt protejate în conformitate cu obligațiile profesionale și prevederile legale aplicabile.</w:t>
      </w:r>
    </w:p>
    <w:p>
      <w:pPr>
        <w:pStyle w:val="Normal"/>
        <w:rPr>
          <w:rFonts w:ascii="Arial" w:hAnsi="Arial" w:cs="Arial"/>
          <w:sz w:val="20"/>
          <w:szCs w:val="20"/>
        </w:rPr>
      </w:pPr>
      <w:r>
        <w:rPr>
          <w:rFonts w:cs="Arial" w:ascii="Arial" w:hAnsi="Arial"/>
          <w:sz w:val="20"/>
          <w:szCs w:val="20"/>
        </w:rPr>
        <w:t>Psihologul va depune toate diligențele necesare pentru protejarea confidențialității informațiilor obținute în cadrul relației profesionale.</w:t>
      </w:r>
    </w:p>
    <w:p>
      <w:pPr>
        <w:pStyle w:val="Normal"/>
        <w:rPr>
          <w:rFonts w:ascii="Arial" w:hAnsi="Arial" w:cs="Arial"/>
          <w:sz w:val="20"/>
          <w:szCs w:val="20"/>
        </w:rPr>
      </w:pPr>
      <w:r>
        <w:rPr>
          <w:rFonts w:cs="Arial" w:ascii="Arial" w:hAnsi="Arial"/>
          <w:sz w:val="20"/>
          <w:szCs w:val="20"/>
        </w:rPr>
        <w:t>În cazul în care sunt implicați aparținători, medici, alți specialiști sau alte persoane/instituții, transmiterea informațiilor referitoare la pacient se va realiza numai în condițiile permise de lege și/sau cu acordul persoanei îndreptățite, după caz.</w:t>
      </w:r>
    </w:p>
    <w:p>
      <w:pPr>
        <w:pStyle w:val="Titlu2"/>
        <w:rPr>
          <w:rFonts w:ascii="Arial" w:hAnsi="Arial" w:cs="Arial"/>
          <w:sz w:val="20"/>
          <w:szCs w:val="20"/>
        </w:rPr>
      </w:pPr>
      <w:r>
        <w:rPr>
          <w:rFonts w:cs="Arial" w:ascii="Arial" w:hAnsi="Arial"/>
          <w:sz w:val="20"/>
          <w:szCs w:val="20"/>
        </w:rPr>
        <w:t>Limitele confidențialității</w:t>
      </w:r>
    </w:p>
    <w:p>
      <w:pPr>
        <w:pStyle w:val="Normal"/>
        <w:rPr>
          <w:rFonts w:ascii="Arial" w:hAnsi="Arial" w:cs="Arial"/>
          <w:sz w:val="20"/>
          <w:szCs w:val="20"/>
        </w:rPr>
      </w:pPr>
      <w:r>
        <w:rPr>
          <w:rFonts w:cs="Arial" w:ascii="Arial" w:hAnsi="Arial"/>
          <w:sz w:val="20"/>
          <w:szCs w:val="20"/>
        </w:rPr>
        <w:t>Reprezentantul legal al pacientului minor înțelege că există situații în care confidențialitatea poate fi limitată sau înlăturată în condițiile legii, inclusiv:</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existența unui pericol iminent și serios pentru viața, integritatea fizică sau siguranța pacientului/beneficiarului ori a unei alte persoane;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existența unei solicitări oficiale din partea unei autorități competente, atunci când divulgarea informațiilor este impusă de lege sau de o procedură legală;</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alte situații prevăzute în mod expres de legislația aplicabilă.</w:t>
      </w:r>
    </w:p>
    <w:p>
      <w:pPr>
        <w:pStyle w:val="Normal"/>
        <w:rPr>
          <w:rFonts w:ascii="Arial" w:hAnsi="Arial" w:cs="Arial"/>
          <w:sz w:val="20"/>
          <w:szCs w:val="20"/>
        </w:rPr>
      </w:pPr>
      <w:r>
        <w:rPr>
          <w:rFonts w:cs="Arial" w:ascii="Arial" w:hAnsi="Arial"/>
          <w:sz w:val="20"/>
          <w:szCs w:val="20"/>
        </w:rPr>
        <w:t>În asemenea situații, psihologul va urmări, în măsura permisă de lege și de circumstanțele concrete, divulgarea strict a informațiilor necesare pentru gestionarea situației.</w:t>
      </w:r>
    </w:p>
    <w:p>
      <w:pPr>
        <w:pStyle w:val="Titlu1"/>
        <w:rPr>
          <w:rFonts w:ascii="Arial" w:hAnsi="Arial" w:cs="Arial"/>
          <w:sz w:val="20"/>
          <w:szCs w:val="20"/>
        </w:rPr>
      </w:pPr>
      <w:r>
        <w:rPr>
          <w:rFonts w:cs="Arial" w:ascii="Arial" w:hAnsi="Arial"/>
          <w:sz w:val="20"/>
          <w:szCs w:val="20"/>
        </w:rPr>
      </w:r>
    </w:p>
    <w:p>
      <w:pPr>
        <w:pStyle w:val="Titlu1"/>
        <w:rPr>
          <w:rFonts w:ascii="Arial" w:hAnsi="Arial" w:cs="Arial"/>
          <w:sz w:val="20"/>
          <w:szCs w:val="20"/>
        </w:rPr>
      </w:pPr>
      <w:r>
        <w:rPr>
          <w:rFonts w:cs="Arial" w:ascii="Arial" w:hAnsi="Arial"/>
          <w:sz w:val="20"/>
          <w:szCs w:val="20"/>
        </w:rPr>
        <w:t>6. Condiții administrative și financiare</w:t>
      </w:r>
    </w:p>
    <w:p>
      <w:pPr>
        <w:pStyle w:val="Normal"/>
        <w:spacing w:before="0" w:after="60"/>
        <w:rPr>
          <w:rFonts w:ascii="Arial" w:hAnsi="Arial" w:cs="Arial"/>
          <w:sz w:val="20"/>
          <w:szCs w:val="20"/>
        </w:rPr>
      </w:pPr>
      <w:r>
        <w:rPr>
          <w:rFonts w:cs="Arial" w:ascii="Arial" w:hAnsi="Arial"/>
          <w:b/>
          <w:sz w:val="20"/>
          <w:szCs w:val="20"/>
        </w:rPr>
        <w:t>Durata unei ședințe este de 50 de minute</w:t>
      </w:r>
    </w:p>
    <w:p>
      <w:pPr>
        <w:pStyle w:val="Normal"/>
        <w:rPr>
          <w:rFonts w:ascii="Arial" w:hAnsi="Arial" w:cs="Arial"/>
          <w:sz w:val="20"/>
          <w:szCs w:val="20"/>
        </w:rPr>
      </w:pPr>
      <w:r>
        <w:rPr>
          <w:rFonts w:cs="Arial" w:ascii="Arial" w:hAnsi="Arial"/>
          <w:sz w:val="20"/>
          <w:szCs w:val="20"/>
        </w:rPr>
        <w:t>Frecvența și numărul întâlnirilor vor fi stabilite în funcție de obiectivele serviciului psihologic și de nevoile pacientului/beneficiarului, cu posibilitatea reevaluării acestora pe parcurs.</w:t>
      </w:r>
    </w:p>
    <w:p>
      <w:pPr>
        <w:pStyle w:val="Normal"/>
        <w:spacing w:before="0" w:after="60"/>
        <w:rPr>
          <w:rFonts w:ascii="Arial" w:hAnsi="Arial" w:cs="Arial"/>
          <w:sz w:val="20"/>
          <w:szCs w:val="20"/>
        </w:rPr>
      </w:pPr>
      <w:r>
        <w:rPr>
          <w:rFonts w:cs="Arial" w:ascii="Arial" w:hAnsi="Arial"/>
          <w:b/>
          <w:sz w:val="20"/>
          <w:szCs w:val="20"/>
        </w:rPr>
        <w:t>Tariful serviciului:</w:t>
      </w:r>
      <w:r>
        <w:rPr>
          <w:rFonts w:cs="Arial" w:ascii="Arial" w:hAnsi="Arial"/>
          <w:sz w:val="20"/>
          <w:szCs w:val="20"/>
        </w:rPr>
        <w:t xml:space="preserve"> afisat pe siteul clinicii </w:t>
      </w:r>
      <w:hyperlink r:id="rId3">
        <w:r>
          <w:rPr>
            <w:rStyle w:val="Linkdeinternet"/>
            <w:rFonts w:cs="Arial" w:ascii="Arial" w:hAnsi="Arial"/>
            <w:sz w:val="20"/>
            <w:szCs w:val="20"/>
          </w:rPr>
          <w:t>www.ioanamed.ro</w:t>
        </w:r>
      </w:hyperlink>
      <w:r>
        <w:rPr>
          <w:rFonts w:cs="Arial" w:ascii="Arial" w:hAnsi="Arial"/>
          <w:sz w:val="20"/>
          <w:szCs w:val="20"/>
        </w:rPr>
        <w:t xml:space="preserve">  si la receptie</w:t>
      </w:r>
    </w:p>
    <w:p>
      <w:pPr>
        <w:pStyle w:val="Titlu1"/>
        <w:rPr>
          <w:rFonts w:ascii="Arial" w:hAnsi="Arial" w:cs="Arial"/>
          <w:sz w:val="20"/>
          <w:szCs w:val="20"/>
        </w:rPr>
      </w:pPr>
      <w:r>
        <w:rPr>
          <w:rFonts w:cs="Arial" w:ascii="Arial" w:hAnsi="Arial"/>
          <w:sz w:val="20"/>
          <w:szCs w:val="20"/>
        </w:rPr>
        <w:t>7. Anularea și reprogramarea ședințelor</w:t>
      </w:r>
    </w:p>
    <w:p>
      <w:pPr>
        <w:pStyle w:val="Normal"/>
        <w:rPr>
          <w:rFonts w:ascii="Arial" w:hAnsi="Arial" w:cs="Arial"/>
          <w:sz w:val="20"/>
          <w:szCs w:val="20"/>
        </w:rPr>
      </w:pPr>
      <w:r>
        <w:rPr>
          <w:rFonts w:cs="Arial" w:ascii="Arial" w:hAnsi="Arial"/>
          <w:sz w:val="20"/>
          <w:szCs w:val="20"/>
        </w:rPr>
        <w:t>Reprezentantul legal al pacientului minor poate anula sau reprograma o întâlnire cu un preaviz de minimum 24 de ore.</w:t>
      </w:r>
    </w:p>
    <w:p>
      <w:pPr>
        <w:pStyle w:val="Normal"/>
        <w:rPr>
          <w:rFonts w:ascii="Arial" w:hAnsi="Arial" w:cs="Arial"/>
          <w:sz w:val="20"/>
          <w:szCs w:val="20"/>
        </w:rPr>
      </w:pPr>
      <w:r>
        <w:rPr>
          <w:rFonts w:cs="Arial" w:ascii="Arial" w:hAnsi="Arial"/>
          <w:sz w:val="20"/>
          <w:szCs w:val="20"/>
        </w:rPr>
        <w:t>În cazul anulării cu mai puțin de 24 de ore înainte sau al neprezentării, se poate percepe contravaloarea integrală/parțială a ședinței, conform politicii cabinetului.</w:t>
      </w:r>
    </w:p>
    <w:p>
      <w:pPr>
        <w:pStyle w:val="Normal"/>
        <w:spacing w:before="0" w:after="60"/>
        <w:rPr>
          <w:rFonts w:ascii="Arial" w:hAnsi="Arial" w:cs="Arial"/>
          <w:sz w:val="20"/>
          <w:szCs w:val="20"/>
        </w:rPr>
      </w:pPr>
      <w:r>
        <w:rPr>
          <w:rFonts w:cs="Arial" w:ascii="Arial" w:hAnsi="Arial"/>
          <w:sz w:val="20"/>
          <w:szCs w:val="20"/>
        </w:rPr>
        <w:t>Situațiile obiective și excepționale vor fi analizate individual, cu respectarea principiilor de echitate și bună-credință.</w:t>
      </w:r>
    </w:p>
    <w:p>
      <w:pPr>
        <w:pStyle w:val="Titlu1"/>
        <w:rPr>
          <w:rFonts w:ascii="Arial" w:hAnsi="Arial" w:cs="Arial"/>
          <w:sz w:val="20"/>
          <w:szCs w:val="20"/>
        </w:rPr>
      </w:pPr>
      <w:r>
        <w:rPr>
          <w:rFonts w:cs="Arial" w:ascii="Arial" w:hAnsi="Arial"/>
          <w:sz w:val="20"/>
          <w:szCs w:val="20"/>
        </w:rPr>
        <w:t>8. Dreptul de a refuza sau de a retrage acordul</w:t>
      </w:r>
    </w:p>
    <w:p>
      <w:pPr>
        <w:pStyle w:val="Normal"/>
        <w:rPr>
          <w:rFonts w:ascii="Arial" w:hAnsi="Arial" w:cs="Arial"/>
          <w:sz w:val="20"/>
          <w:szCs w:val="20"/>
        </w:rPr>
      </w:pPr>
      <w:r>
        <w:rPr>
          <w:rFonts w:cs="Arial" w:ascii="Arial" w:hAnsi="Arial"/>
          <w:sz w:val="20"/>
          <w:szCs w:val="20"/>
        </w:rPr>
        <w:t>Reprezentantul legal al pacientului minor are dreptul de a refuza începerea sau continuarea evaluării/intervenției psihologice și își poate retrage acordul pentru continuarea serviciului în orice moment.</w:t>
      </w:r>
    </w:p>
    <w:p>
      <w:pPr>
        <w:pStyle w:val="Normal"/>
        <w:rPr>
          <w:rFonts w:ascii="Arial" w:hAnsi="Arial" w:cs="Arial"/>
          <w:sz w:val="20"/>
          <w:szCs w:val="20"/>
        </w:rPr>
      </w:pPr>
      <w:r>
        <w:rPr>
          <w:rFonts w:cs="Arial" w:ascii="Arial" w:hAnsi="Arial"/>
          <w:sz w:val="20"/>
          <w:szCs w:val="20"/>
        </w:rPr>
        <w:t>Retragerea acordului nu va conduce, prin ea însăși, la sancționarea reprezentantului legal al pacientului minor și nu va afecta dreptul acestuia de a solicita ulterior alte servicii psihologice.</w:t>
      </w:r>
    </w:p>
    <w:p>
      <w:pPr>
        <w:pStyle w:val="Normal"/>
        <w:rPr>
          <w:rFonts w:ascii="Arial" w:hAnsi="Arial" w:cs="Arial"/>
          <w:sz w:val="20"/>
          <w:szCs w:val="20"/>
        </w:rPr>
      </w:pPr>
      <w:r>
        <w:rPr>
          <w:rFonts w:cs="Arial" w:ascii="Arial" w:hAnsi="Arial"/>
          <w:sz w:val="20"/>
          <w:szCs w:val="20"/>
        </w:rPr>
        <w:t>Reprezentantul legal al pacientului minor înțelege că întreruperea unei evaluări sau intervenții poate avea consecințe asupra finalizării procesului, asupra concluziilor unei evaluări sau asupra obiectivelor stabilite, aceste aspecte urmând să fie explicate, după caz, de psiholog.</w:t>
      </w:r>
    </w:p>
    <w:p>
      <w:pPr>
        <w:pStyle w:val="Titlu1"/>
        <w:rPr>
          <w:rFonts w:ascii="Arial" w:hAnsi="Arial" w:cs="Arial"/>
          <w:sz w:val="20"/>
          <w:szCs w:val="20"/>
        </w:rPr>
      </w:pPr>
      <w:r>
        <w:rPr>
          <w:rFonts w:cs="Arial" w:ascii="Arial" w:hAnsi="Arial"/>
          <w:sz w:val="20"/>
          <w:szCs w:val="20"/>
        </w:rPr>
        <w:t>9. Înregistrări audio/video și utilizarea materialelor</w:t>
      </w:r>
    </w:p>
    <w:p>
      <w:pPr>
        <w:pStyle w:val="Normal"/>
        <w:rPr>
          <w:rFonts w:ascii="Arial" w:hAnsi="Arial" w:cs="Arial"/>
          <w:sz w:val="20"/>
          <w:szCs w:val="20"/>
        </w:rPr>
      </w:pPr>
      <w:r>
        <w:rPr>
          <w:rFonts w:cs="Arial" w:ascii="Arial" w:hAnsi="Arial"/>
          <w:sz w:val="20"/>
          <w:szCs w:val="20"/>
        </w:rPr>
        <w:t>Înregistrarea audio sau video a ședințelor NU</w:t>
      </w:r>
      <w:bookmarkStart w:id="0" w:name="_GoBack"/>
      <w:bookmarkEnd w:id="0"/>
      <w:r>
        <w:rPr>
          <w:rFonts w:cs="Arial" w:ascii="Arial" w:hAnsi="Arial"/>
          <w:sz w:val="20"/>
          <w:szCs w:val="20"/>
        </w:rPr>
        <w:t xml:space="preserve"> se realizează decât în condițiile în care acest lucru este necesar și permis și există informarea și consimțământul corespunzător, după caz.</w:t>
      </w:r>
    </w:p>
    <w:p>
      <w:pPr>
        <w:pStyle w:val="Normal"/>
        <w:rPr>
          <w:rFonts w:ascii="Arial" w:hAnsi="Arial" w:cs="Arial"/>
          <w:sz w:val="20"/>
          <w:szCs w:val="20"/>
        </w:rPr>
      </w:pPr>
      <w:r>
        <w:rPr>
          <w:rFonts w:cs="Arial" w:ascii="Arial" w:hAnsi="Arial"/>
          <w:sz w:val="20"/>
          <w:szCs w:val="20"/>
        </w:rPr>
        <w:t>Orice utilizare a înregistrărilor, imaginilor, materialelor sau informațiilor identificabile în scopuri de formare, cercetare, prezentare sau promovare va face obiectul unei informări și al unui acord distinct, atunci când acesta este necesar.</w:t>
      </w:r>
    </w:p>
    <w:p>
      <w:pPr>
        <w:pStyle w:val="Titlu1"/>
        <w:rPr>
          <w:rFonts w:ascii="Arial" w:hAnsi="Arial" w:cs="Arial"/>
          <w:sz w:val="20"/>
          <w:szCs w:val="20"/>
        </w:rPr>
      </w:pPr>
      <w:r>
        <w:rPr>
          <w:rFonts w:cs="Arial" w:ascii="Arial" w:hAnsi="Arial"/>
          <w:sz w:val="20"/>
          <w:szCs w:val="20"/>
        </w:rPr>
        <w:t>10. Declarația reprezentantului legal al pacientului minor</w:t>
      </w:r>
    </w:p>
    <w:p>
      <w:pPr>
        <w:pStyle w:val="Normal"/>
        <w:rPr>
          <w:rFonts w:ascii="Arial" w:hAnsi="Arial" w:cs="Arial"/>
          <w:sz w:val="20"/>
          <w:szCs w:val="20"/>
        </w:rPr>
      </w:pPr>
      <w:r>
        <w:rPr>
          <w:rFonts w:cs="Arial" w:ascii="Arial" w:hAnsi="Arial"/>
          <w:sz w:val="20"/>
          <w:szCs w:val="20"/>
        </w:rPr>
        <w:t>Prin semnarea prezentului acord, declar că:</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citit și am înțeles informațiile prezentate;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avut posibilitatea de a solicita explicații suplimentare;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înțeles natura și scopul serviciului psihologic;</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fost informat(ă) cu privire la limitele confidențialității;</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cunosc condițiile administrative și financiare;</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cunosc condițiile privind anularea și reprogramarea ședințelor;</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cunosc dreptul de a refuza sau de a întrerupe serviciul psihologic;</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furnizat informații corecte și complete, în măsura în care acestea sunt relevante pentru desfășurarea serviciului psihologic;</w:t>
      </w:r>
    </w:p>
    <w:p>
      <w:pPr>
        <w:pStyle w:val="ListBullet"/>
        <w:numPr>
          <w:ilvl w:val="0"/>
          <w:numId w:val="1"/>
        </w:numPr>
        <w:spacing w:before="0" w:after="40"/>
        <w:contextualSpacing/>
        <w:rPr>
          <w:rFonts w:ascii="Arial" w:hAnsi="Arial" w:cs="Arial"/>
          <w:sz w:val="20"/>
          <w:szCs w:val="20"/>
        </w:rPr>
      </w:pPr>
      <w:r>
        <w:rPr>
          <w:rFonts w:cs="Arial" w:ascii="Arial" w:hAnsi="Arial"/>
          <w:sz w:val="20"/>
          <w:szCs w:val="20"/>
        </w:rPr>
        <w:t>am informat psihologul cu privire la orice aspect juridic sau familial care poate avea relevanță pentru serviciul psihologic, în special în cazul unui pacient minor.</w:t>
      </w:r>
    </w:p>
    <w:p>
      <w:pPr>
        <w:pStyle w:val="Normal"/>
        <w:rPr>
          <w:rFonts w:ascii="Arial" w:hAnsi="Arial" w:cs="Arial"/>
          <w:sz w:val="20"/>
          <w:szCs w:val="20"/>
        </w:rPr>
      </w:pPr>
      <w:r>
        <w:rPr>
          <w:rFonts w:cs="Arial" w:ascii="Arial" w:hAnsi="Arial"/>
          <w:sz w:val="20"/>
          <w:szCs w:val="20"/>
        </w:rPr>
        <w:t>Declar că sunt de acord cu furnizarea serviciilor psihologice descrise în prezentul document, în condițiile prezentate și în limitele consimțământului exprimat.</w:t>
      </w:r>
    </w:p>
    <w:p>
      <w:pPr>
        <w:pStyle w:val="Titlu1"/>
        <w:rPr>
          <w:rFonts w:ascii="Arial" w:hAnsi="Arial" w:cs="Arial"/>
          <w:sz w:val="20"/>
          <w:szCs w:val="20"/>
        </w:rPr>
      </w:pPr>
      <w:r>
        <w:rPr>
          <w:rFonts w:cs="Arial" w:ascii="Arial" w:hAnsi="Arial"/>
          <w:sz w:val="20"/>
          <w:szCs w:val="20"/>
        </w:rPr>
        <w:t>Notă privind protecția datelor cu caracter personal</w:t>
      </w:r>
    </w:p>
    <w:p>
      <w:pPr>
        <w:pStyle w:val="Normal"/>
        <w:rPr>
          <w:rFonts w:ascii="Arial" w:hAnsi="Arial" w:cs="Arial"/>
          <w:sz w:val="20"/>
          <w:szCs w:val="20"/>
        </w:rPr>
      </w:pPr>
      <w:r>
        <w:rPr>
          <w:rFonts w:cs="Arial" w:ascii="Arial" w:hAnsi="Arial"/>
          <w:sz w:val="20"/>
          <w:szCs w:val="20"/>
        </w:rPr>
        <w:t>Informarea privind prelucrarea datelor cu caracter personal și, după caz, acordul/consimțământul aferent sunt reglementate prin document distinct, pus la dispoziția pacientului/beneficiarului. Prezentul acord nu înlocuiește documentul distinct privind protecția datelor cu caracter personal.</w:t>
      </w:r>
    </w:p>
    <w:p>
      <w:pPr>
        <w:pStyle w:val="Titlu1"/>
        <w:rPr>
          <w:rFonts w:ascii="Arial" w:hAnsi="Arial" w:cs="Arial"/>
          <w:sz w:val="20"/>
          <w:szCs w:val="20"/>
        </w:rPr>
      </w:pPr>
      <w:r>
        <w:rPr>
          <w:rFonts w:cs="Arial" w:ascii="Arial" w:hAnsi="Arial"/>
          <w:sz w:val="20"/>
          <w:szCs w:val="20"/>
        </w:rPr>
        <w:t>Semnături</w:t>
      </w:r>
    </w:p>
    <w:tbl>
      <w:tblPr>
        <w:tblW w:w="9746"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873"/>
        <w:gridCol w:w="4872"/>
      </w:tblGrid>
      <w:tr>
        <w:trPr/>
        <w:tc>
          <w:tcPr>
            <w:tcW w:w="4873" w:type="dxa"/>
            <w:tcBorders/>
            <w:vAlign w:val="center"/>
          </w:tcPr>
          <w:p>
            <w:pPr>
              <w:pStyle w:val="Normal"/>
              <w:widowControl w:val="false"/>
              <w:spacing w:before="0" w:after="40"/>
              <w:rPr>
                <w:rFonts w:ascii="Arial" w:hAnsi="Arial" w:cs="Arial"/>
                <w:sz w:val="20"/>
                <w:szCs w:val="20"/>
              </w:rPr>
            </w:pPr>
            <w:r>
              <w:rPr>
                <w:rFonts w:cs="Arial" w:ascii="Arial" w:hAnsi="Arial"/>
                <w:b/>
                <w:sz w:val="20"/>
                <w:szCs w:val="20"/>
              </w:rPr>
              <w:t>Reprezentantul legal al pacientului minor</w:t>
            </w:r>
          </w:p>
        </w:tc>
        <w:tc>
          <w:tcPr>
            <w:tcW w:w="4872" w:type="dxa"/>
            <w:tcBorders/>
            <w:vAlign w:val="center"/>
          </w:tcPr>
          <w:p>
            <w:pPr>
              <w:pStyle w:val="Normal"/>
              <w:widowControl w:val="false"/>
              <w:spacing w:before="0" w:after="40"/>
              <w:rPr>
                <w:rFonts w:ascii="Arial" w:hAnsi="Arial" w:cs="Arial"/>
                <w:sz w:val="20"/>
                <w:szCs w:val="20"/>
              </w:rPr>
            </w:pPr>
            <w:r>
              <w:rPr>
                <w:rFonts w:cs="Arial" w:ascii="Arial" w:hAnsi="Arial"/>
                <w:b/>
                <w:sz w:val="20"/>
                <w:szCs w:val="20"/>
              </w:rPr>
              <w:t>Semnătură</w:t>
            </w:r>
          </w:p>
        </w:tc>
      </w:tr>
      <w:tr>
        <w:trPr/>
        <w:tc>
          <w:tcPr>
            <w:tcW w:w="4873"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t>Nume și prenume: __________________________</w:t>
            </w:r>
          </w:p>
        </w:tc>
        <w:tc>
          <w:tcPr>
            <w:tcW w:w="4872"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t>__________________________</w:t>
            </w:r>
          </w:p>
        </w:tc>
      </w:tr>
      <w:tr>
        <w:trPr/>
        <w:tc>
          <w:tcPr>
            <w:tcW w:w="4873"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r>
          </w:p>
        </w:tc>
        <w:tc>
          <w:tcPr>
            <w:tcW w:w="4872"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r>
          </w:p>
        </w:tc>
      </w:tr>
      <w:tr>
        <w:trPr/>
        <w:tc>
          <w:tcPr>
            <w:tcW w:w="4873"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t>Psiholog: _________________________________</w:t>
            </w:r>
          </w:p>
        </w:tc>
        <w:tc>
          <w:tcPr>
            <w:tcW w:w="4872" w:type="dxa"/>
            <w:tcBorders/>
            <w:vAlign w:val="center"/>
          </w:tcPr>
          <w:p>
            <w:pPr>
              <w:pStyle w:val="Normal"/>
              <w:widowControl w:val="false"/>
              <w:spacing w:before="0" w:after="40"/>
              <w:rPr>
                <w:rFonts w:ascii="Arial" w:hAnsi="Arial" w:cs="Arial"/>
                <w:sz w:val="20"/>
                <w:szCs w:val="20"/>
              </w:rPr>
            </w:pPr>
            <w:r>
              <w:rPr>
                <w:rFonts w:cs="Arial" w:ascii="Arial" w:hAnsi="Arial"/>
                <w:sz w:val="20"/>
                <w:szCs w:val="20"/>
              </w:rPr>
              <w:t>__________________________</w:t>
            </w:r>
          </w:p>
        </w:tc>
      </w:tr>
    </w:tbl>
    <w:p>
      <w:pPr>
        <w:pStyle w:val="Normal"/>
        <w:rPr>
          <w:rFonts w:ascii="Arial" w:hAnsi="Arial" w:cs="Arial"/>
          <w:sz w:val="20"/>
          <w:szCs w:val="20"/>
        </w:rPr>
      </w:pPr>
      <w:r>
        <w:rPr>
          <w:rFonts w:cs="Arial" w:ascii="Arial" w:hAnsi="Arial"/>
          <w:sz w:val="20"/>
          <w:szCs w:val="20"/>
        </w:rPr>
        <w:t xml:space="preserve"> </w:t>
      </w:r>
    </w:p>
    <w:p>
      <w:pPr>
        <w:pStyle w:val="Normal"/>
        <w:spacing w:before="0" w:after="120"/>
        <w:rPr>
          <w:rFonts w:ascii="Arial" w:hAnsi="Arial" w:cs="Arial"/>
          <w:sz w:val="20"/>
          <w:szCs w:val="20"/>
        </w:rPr>
      </w:pPr>
      <w:r>
        <w:rPr>
          <w:rFonts w:cs="Arial" w:ascii="Arial" w:hAnsi="Arial"/>
          <w:sz w:val="20"/>
          <w:szCs w:val="20"/>
        </w:rPr>
        <w:t xml:space="preserve"> </w:t>
      </w:r>
      <w:r>
        <w:rPr>
          <w:rFonts w:cs="Arial" w:ascii="Arial" w:hAnsi="Arial"/>
          <w:sz w:val="20"/>
          <w:szCs w:val="20"/>
        </w:rPr>
        <w:t>Data: __________________________</w:t>
      </w:r>
    </w:p>
    <w:sectPr>
      <w:footerReference w:type="default" r:id="rId4"/>
      <w:type w:val="nextPage"/>
      <w:pgSz w:w="12240" w:h="15840"/>
      <w:pgMar w:left="1247" w:right="1247"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Aptos">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roman"/>
    <w:pitch w:val="variable"/>
  </w:font>
  <w:font w:name="Arial">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37513206"/>
    </w:sdtPr>
    <w:sdtContent>
      <w:p>
        <w:pPr>
          <w:pStyle w:val="Subsol"/>
          <w:jc w:val="center"/>
          <w:rPr/>
        </w:pPr>
        <w:r>
          <w:rPr/>
          <w:fldChar w:fldCharType="begin"/>
        </w:r>
        <w:r>
          <w:rPr/>
          <w:instrText xml:space="preserve"> PAGE </w:instrText>
        </w:r>
        <w:r>
          <w:rPr/>
          <w:fldChar w:fldCharType="separate"/>
        </w:r>
        <w:r>
          <w:rPr/>
          <w:t>4</w:t>
        </w:r>
        <w:r>
          <w:rPr/>
          <w:fldChar w:fldCharType="end"/>
        </w:r>
      </w:p>
    </w:sdtContent>
  </w:sdt>
  <w:p>
    <w:pPr>
      <w:pStyle w:val="Subsol"/>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widowControl/>
      <w:suppressAutoHyphens w:val="true"/>
      <w:bidi w:val="0"/>
      <w:spacing w:lineRule="auto" w:line="259" w:before="0" w:after="120"/>
      <w:jc w:val="left"/>
    </w:pPr>
    <w:rPr>
      <w:rFonts w:ascii="Aptos" w:hAnsi="Aptos" w:eastAsia="ＭＳ 明朝" w:cs="" w:cstheme="minorBidi" w:eastAsiaTheme="minorEastAsia"/>
      <w:color w:val="auto"/>
      <w:kern w:val="0"/>
      <w:sz w:val="21"/>
      <w:szCs w:val="22"/>
      <w:lang w:val="en-US" w:eastAsia="en-US" w:bidi="ar-SA"/>
    </w:rPr>
  </w:style>
  <w:style w:type="paragraph" w:styleId="Titlu1">
    <w:name w:val="Heading 1"/>
    <w:basedOn w:val="Normal"/>
    <w:next w:val="Normal"/>
    <w:link w:val="Heading1Char"/>
    <w:uiPriority w:val="9"/>
    <w:qFormat/>
    <w:rsid w:val="00fc693f"/>
    <w:pPr>
      <w:keepNext w:val="true"/>
      <w:keepLines/>
      <w:spacing w:before="200" w:after="100"/>
      <w:outlineLvl w:val="0"/>
    </w:pPr>
    <w:rPr>
      <w:rFonts w:ascii="Calibri" w:hAnsi="Calibri" w:eastAsia="ＭＳ ゴシック" w:cs="" w:asciiTheme="majorHAnsi" w:cstheme="majorBidi" w:eastAsiaTheme="majorEastAsia" w:hAnsiTheme="majorHAnsi"/>
      <w:b/>
      <w:bCs/>
      <w:color w:val="365F91" w:themeColor="accent1" w:themeShade="bf"/>
      <w:sz w:val="26"/>
      <w:szCs w:val="28"/>
    </w:rPr>
  </w:style>
  <w:style w:type="paragraph" w:styleId="Titlu2">
    <w:name w:val="Heading 2"/>
    <w:basedOn w:val="Normal"/>
    <w:next w:val="Normal"/>
    <w:link w:val="Heading2Char"/>
    <w:uiPriority w:val="9"/>
    <w:unhideWhenUsed/>
    <w:qFormat/>
    <w:rsid w:val="00fc693f"/>
    <w:pPr>
      <w:keepNext w:val="true"/>
      <w:keepLines/>
      <w:spacing w:before="160" w:after="80"/>
      <w:outlineLvl w:val="1"/>
    </w:pPr>
    <w:rPr>
      <w:rFonts w:ascii="Calibri" w:hAnsi="Calibri" w:eastAsia="ＭＳ ゴシック" w:cs="" w:asciiTheme="majorHAnsi" w:cstheme="majorBidi" w:eastAsiaTheme="majorEastAsia" w:hAnsiTheme="majorHAnsi"/>
      <w:b/>
      <w:bCs/>
      <w:color w:val="4F81BD" w:themeColor="accent1"/>
      <w:sz w:val="22"/>
      <w:szCs w:val="26"/>
    </w:rPr>
  </w:style>
  <w:style w:type="paragraph" w:styleId="Titlu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Titlu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Titlu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Titlu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Titlu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Titlu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Titlu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Accentuat">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Linkdeinternet">
    <w:name w:val="Hyperlink"/>
    <w:basedOn w:val="DefaultParagraphFont"/>
    <w:uiPriority w:val="99"/>
    <w:unhideWhenUsed/>
    <w:rsid w:val="00d30d19"/>
    <w:rPr>
      <w:color w:val="0000FF" w:themeColor="hyperlink"/>
      <w:u w:val="single"/>
    </w:rPr>
  </w:style>
  <w:style w:type="paragraph" w:styleId="Titlu">
    <w:name w:val="Titlu"/>
    <w:basedOn w:val="Normal"/>
    <w:next w:val="Corptext"/>
    <w:qFormat/>
    <w:pPr>
      <w:keepNext w:val="true"/>
      <w:spacing w:before="240" w:after="120"/>
    </w:pPr>
    <w:rPr>
      <w:rFonts w:ascii="Liberation Sans" w:hAnsi="Liberation Sans" w:eastAsia="Microsoft YaHei" w:cs="Arial"/>
      <w:sz w:val="28"/>
      <w:szCs w:val="28"/>
    </w:rPr>
  </w:style>
  <w:style w:type="paragraph" w:styleId="Corptext">
    <w:name w:val="Body Text"/>
    <w:basedOn w:val="Normal"/>
    <w:link w:val="BodyTextChar"/>
    <w:uiPriority w:val="99"/>
    <w:unhideWhenUsed/>
    <w:rsid w:val="00aa1d8d"/>
    <w:pPr/>
    <w:rPr/>
  </w:style>
  <w:style w:type="paragraph" w:styleId="List">
    <w:name w:val="List"/>
    <w:basedOn w:val="Normal"/>
    <w:uiPriority w:val="99"/>
    <w:unhideWhenUsed/>
    <w:rsid w:val="00aa1d8d"/>
    <w:pPr>
      <w:spacing w:before="0" w:after="120"/>
      <w:ind w:left="360" w:hanging="360"/>
      <w:contextualSpacing/>
    </w:pPr>
    <w:rPr/>
  </w:style>
  <w:style w:type="paragraph" w:styleId="Legend">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Antet">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ubsol">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ugeneral">
    <w:name w:val="Title"/>
    <w:basedOn w:val="Normal"/>
    <w:next w:val="Normal"/>
    <w:link w:val="TitleChar"/>
    <w:uiPriority w:val="10"/>
    <w:qFormat/>
    <w:rsid w:val="00fc693f"/>
    <w:pPr>
      <w:pBdr>
        <w:bottom w:val="single" w:sz="8" w:space="4" w:color="4F81BD"/>
      </w:pBdr>
      <w:spacing w:lineRule="auto" w:line="240" w:before="0" w:after="240"/>
      <w:contextualSpacing/>
    </w:pPr>
    <w:rPr>
      <w:rFonts w:ascii="Calibri" w:hAnsi="Calibri" w:eastAsia="ＭＳ ゴシック" w:cs="" w:asciiTheme="majorHAnsi" w:cstheme="majorBidi" w:eastAsiaTheme="majorEastAsia" w:hAnsiTheme="majorHAnsi"/>
      <w:b/>
      <w:color w:val="17365D" w:themeColor="text2" w:themeShade="bf"/>
      <w:spacing w:val="5"/>
      <w:kern w:val="2"/>
      <w:sz w:val="36"/>
      <w:szCs w:val="52"/>
    </w:rPr>
  </w:style>
  <w:style w:type="paragraph" w:styleId="Subtitlu">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120"/>
      <w:ind w:left="720" w:hanging="0"/>
      <w:contextualSpacing/>
    </w:pPr>
    <w:rPr/>
  </w:style>
  <w:style w:type="paragraph" w:styleId="BodyText2">
    <w:name w:val="Body Text 2"/>
    <w:basedOn w:val="Normal"/>
    <w:link w:val="BodyText2Char"/>
    <w:uiPriority w:val="99"/>
    <w:unhideWhenUsed/>
    <w:qFormat/>
    <w:rsid w:val="00aa1d8d"/>
    <w:pPr>
      <w:spacing w:lineRule="auto" w:line="480"/>
    </w:pPr>
    <w:rPr/>
  </w:style>
  <w:style w:type="paragraph" w:styleId="BodyText3">
    <w:name w:val="Body Text 3"/>
    <w:basedOn w:val="Normal"/>
    <w:link w:val="BodyText3Char"/>
    <w:uiPriority w:val="99"/>
    <w:unhideWhenUsed/>
    <w:qFormat/>
    <w:rsid w:val="00aa1d8d"/>
    <w:pPr/>
    <w:rPr>
      <w:sz w:val="16"/>
      <w:szCs w:val="16"/>
    </w:rPr>
  </w:style>
  <w:style w:type="paragraph" w:styleId="ListBullet3">
    <w:name w:val="List Bullet 3"/>
    <w:basedOn w:val="Normal"/>
    <w:uiPriority w:val="99"/>
    <w:unhideWhenUsed/>
    <w:qFormat/>
    <w:rsid w:val="00326f90"/>
    <w:pPr>
      <w:numPr>
        <w:ilvl w:val="0"/>
        <w:numId w:val="3"/>
      </w:numPr>
      <w:spacing w:before="0" w:after="120"/>
      <w:contextualSpacing/>
    </w:pPr>
    <w:rPr/>
  </w:style>
  <w:style w:type="paragraph" w:styleId="ListBullet4">
    <w:name w:val="List Bullet 4"/>
    <w:basedOn w:val="Normal"/>
    <w:uiPriority w:val="99"/>
    <w:unhideWhenUsed/>
    <w:qFormat/>
    <w:rsid w:val="00326f90"/>
    <w:pPr>
      <w:spacing w:before="0" w:after="120"/>
      <w:ind w:left="1080" w:hanging="360"/>
      <w:contextualSpacing/>
    </w:pPr>
    <w:rPr/>
  </w:style>
  <w:style w:type="paragraph" w:styleId="ListBullet">
    <w:name w:val="List Bullet"/>
    <w:basedOn w:val="Normal"/>
    <w:uiPriority w:val="99"/>
    <w:unhideWhenUsed/>
    <w:qFormat/>
    <w:rsid w:val="00326f90"/>
    <w:pPr>
      <w:numPr>
        <w:ilvl w:val="0"/>
        <w:numId w:val="1"/>
      </w:numPr>
      <w:spacing w:before="0" w:after="120"/>
      <w:contextualSpacing/>
    </w:pPr>
    <w:rPr/>
  </w:style>
  <w:style w:type="paragraph" w:styleId="ListBullet2">
    <w:name w:val="List Bullet 2"/>
    <w:basedOn w:val="Normal"/>
    <w:uiPriority w:val="99"/>
    <w:unhideWhenUsed/>
    <w:qFormat/>
    <w:rsid w:val="00326f90"/>
    <w:pPr>
      <w:numPr>
        <w:ilvl w:val="0"/>
        <w:numId w:val="2"/>
      </w:numPr>
      <w:spacing w:before="0" w:after="120"/>
      <w:contextualSpacing/>
    </w:pPr>
    <w:rPr/>
  </w:style>
  <w:style w:type="paragraph" w:styleId="ListNumber">
    <w:name w:val="List Number"/>
    <w:basedOn w:val="Normal"/>
    <w:uiPriority w:val="99"/>
    <w:unhideWhenUsed/>
    <w:qFormat/>
    <w:rsid w:val="00326f90"/>
    <w:pPr>
      <w:numPr>
        <w:ilvl w:val="0"/>
        <w:numId w:val="4"/>
      </w:numPr>
      <w:spacing w:before="0" w:after="120"/>
      <w:contextualSpacing/>
    </w:pPr>
    <w:rPr/>
  </w:style>
  <w:style w:type="paragraph" w:styleId="ListNumber2">
    <w:name w:val="List Number 2"/>
    <w:basedOn w:val="Normal"/>
    <w:uiPriority w:val="99"/>
    <w:unhideWhenUsed/>
    <w:qFormat/>
    <w:rsid w:val="0029639d"/>
    <w:pPr>
      <w:numPr>
        <w:ilvl w:val="0"/>
        <w:numId w:val="5"/>
      </w:numPr>
      <w:spacing w:before="0" w:after="120"/>
      <w:contextualSpacing/>
    </w:pPr>
    <w:rPr/>
  </w:style>
  <w:style w:type="paragraph" w:styleId="ListNumber3">
    <w:name w:val="List Number 3"/>
    <w:basedOn w:val="Normal"/>
    <w:uiPriority w:val="99"/>
    <w:unhideWhenUsed/>
    <w:qFormat/>
    <w:rsid w:val="0029639d"/>
    <w:pPr>
      <w:numPr>
        <w:ilvl w:val="0"/>
        <w:numId w:val="6"/>
      </w:numPr>
      <w:spacing w:before="0" w:after="12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itludeindex">
    <w:name w:val="Index Heading"/>
    <w:basedOn w:val="Titlu"/>
    <w:pPr/>
    <w:rPr/>
  </w:style>
  <w:style w:type="paragraph" w:styleId="Titludecuprins">
    <w:name w:val="TOC Heading"/>
    <w:basedOn w:val="Titlu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ioanamed.ro/"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1BA69-DD14-4014-A8A9-DFFCEBFBE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Application>LibreOffice/7.5.0.3$Windows_X86_64 LibreOffice_project/c21113d003cd3efa8c53188764377a8272d9d6de</Application>
  <AppVersion>15.0000</AppVersion>
  <Pages>4</Pages>
  <Words>1059</Words>
  <Characters>7854</Characters>
  <CharactersWithSpaces>8802</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2026-08-29T13:59:00Z</dcterms:created>
  <dc:creator>python-docx</dc:creator>
  <dc:description>generated by python-docx</dc:description>
  <dc:language>ro-RO</dc:language>
  <cp:lastModifiedBy/>
  <dcterms:modified xsi:type="dcterms:W3CDTF">2026-09-16T09:22:09Z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